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B9AB7" w14:textId="0A302613" w:rsidR="00F66111" w:rsidRDefault="00BA35DA">
      <w:pPr>
        <w:pStyle w:val="Title"/>
      </w:pPr>
      <w:r>
        <w:t>IMA Ascend – Early Career Opportunity</w:t>
      </w:r>
    </w:p>
    <w:p w14:paraId="39DB0EE3" w14:textId="77777777" w:rsidR="00F66111" w:rsidRDefault="00BA35DA">
      <w:r>
        <w:t>Start Your Career with Purpose at IMA Financial Group</w:t>
      </w:r>
    </w:p>
    <w:p w14:paraId="23D6DAFB" w14:textId="6D4080AF" w:rsidR="00F66111" w:rsidRDefault="00BA35DA">
      <w:r>
        <w:t>IMA is excited to introduce IMA Ascend — a unique, early-career rotational program designed for recent graduates who are ready to launch a dynamic career in the insurance and financial services industry.</w:t>
      </w:r>
    </w:p>
    <w:p w14:paraId="049B91B9" w14:textId="77777777" w:rsidR="00F66111" w:rsidRDefault="00BA35DA" w:rsidP="008C0891">
      <w:pPr>
        <w:spacing w:after="0"/>
      </w:pPr>
      <w:r>
        <w:br/>
        <w:t>About the Program</w:t>
      </w:r>
    </w:p>
    <w:p w14:paraId="5F322512" w14:textId="77777777" w:rsidR="00F66111" w:rsidRDefault="00BA35DA" w:rsidP="008C0891">
      <w:pPr>
        <w:spacing w:after="0"/>
      </w:pPr>
      <w:r>
        <w:t>The IMA Ascend Program is a 12–24 month, full-time, in-office rotational experience based in Denver, CO. Participants will gain hands-on exposure across key areas of our business, including:</w:t>
      </w:r>
    </w:p>
    <w:p w14:paraId="21C50C97" w14:textId="77777777" w:rsidR="00F66111" w:rsidRDefault="00BA35DA" w:rsidP="008C0891">
      <w:pPr>
        <w:spacing w:after="0"/>
      </w:pPr>
      <w:r>
        <w:br/>
        <w:t>• Property &amp; Casualty</w:t>
      </w:r>
      <w:r>
        <w:br/>
        <w:t>• Construction</w:t>
      </w:r>
      <w:r>
        <w:br/>
        <w:t>• Real Estate</w:t>
      </w:r>
      <w:r>
        <w:br/>
        <w:t>• Claims</w:t>
      </w:r>
    </w:p>
    <w:p w14:paraId="1F80C9A9" w14:textId="77777777" w:rsidR="00F66111" w:rsidRDefault="00BA35DA" w:rsidP="008C0891">
      <w:pPr>
        <w:spacing w:after="0"/>
      </w:pPr>
      <w:r>
        <w:br/>
        <w:t>Through structured rotations, participants will build a strong foundation in insurance while developing the skills needed for long-term success.</w:t>
      </w:r>
    </w:p>
    <w:p w14:paraId="2AC512D7" w14:textId="77777777" w:rsidR="00F66111" w:rsidRDefault="00BA35DA" w:rsidP="008C0891">
      <w:pPr>
        <w:spacing w:after="0"/>
      </w:pPr>
      <w:r>
        <w:br/>
        <w:t>What You’ll Gain</w:t>
      </w:r>
    </w:p>
    <w:p w14:paraId="65708FA7" w14:textId="5E95BA00" w:rsidR="00F66111" w:rsidRDefault="00BA35DA" w:rsidP="008C0891">
      <w:pPr>
        <w:spacing w:after="0"/>
      </w:pPr>
      <w:r>
        <w:t>• Intensive, hands-on training across multiple business lines</w:t>
      </w:r>
      <w:r>
        <w:br/>
        <w:t>• Participation in IMA University (IMA U) training programs</w:t>
      </w:r>
      <w:r>
        <w:br/>
        <w:t>• Support in obtaining industry licenses</w:t>
      </w:r>
      <w:r>
        <w:br/>
        <w:t>• Exposure to client service and account management</w:t>
      </w:r>
      <w:r>
        <w:br/>
        <w:t>• Mentorship and career development guidance</w:t>
      </w:r>
    </w:p>
    <w:p w14:paraId="2A43F9CC" w14:textId="77777777" w:rsidR="00F66111" w:rsidRDefault="00BA35DA" w:rsidP="008C0891">
      <w:pPr>
        <w:spacing w:after="0"/>
      </w:pPr>
      <w:r>
        <w:br/>
        <w:t>Career Path</w:t>
      </w:r>
    </w:p>
    <w:p w14:paraId="0CD2D1D1" w14:textId="77777777" w:rsidR="00F66111" w:rsidRDefault="00BA35DA" w:rsidP="008C0891">
      <w:pPr>
        <w:spacing w:after="0"/>
      </w:pPr>
      <w:r>
        <w:t>Upon successful completion of the program, participants will transition into a full-time Account Manager role within one of IMA’s business units.</w:t>
      </w:r>
    </w:p>
    <w:p w14:paraId="0EC7F614" w14:textId="77777777" w:rsidR="00F66111" w:rsidRDefault="00BA35DA" w:rsidP="008C0891">
      <w:pPr>
        <w:spacing w:after="0"/>
      </w:pPr>
      <w:r>
        <w:br/>
        <w:t>Compensation &amp; Work Environment</w:t>
      </w:r>
    </w:p>
    <w:p w14:paraId="283804C1" w14:textId="77777777" w:rsidR="00F66111" w:rsidRDefault="00BA35DA" w:rsidP="008C0891">
      <w:pPr>
        <w:spacing w:after="0"/>
      </w:pPr>
      <w:r>
        <w:br/>
        <w:t>• Salary range: $55,000 – $65,000 annually</w:t>
      </w:r>
      <w:r>
        <w:br/>
        <w:t>• Full-time, benefits-eligible position</w:t>
      </w:r>
      <w:r>
        <w:br/>
        <w:t>• In-office role based in Denver, CO</w:t>
      </w:r>
    </w:p>
    <w:p w14:paraId="081B2F64" w14:textId="77777777" w:rsidR="00F66111" w:rsidRDefault="00BA35DA" w:rsidP="008C0891">
      <w:pPr>
        <w:spacing w:after="0"/>
      </w:pPr>
      <w:r>
        <w:br/>
        <w:t>Qualifications</w:t>
      </w:r>
    </w:p>
    <w:p w14:paraId="15F5C98D" w14:textId="4CCBF9C6" w:rsidR="00F66111" w:rsidRDefault="00BA35DA" w:rsidP="008C0891">
      <w:pPr>
        <w:spacing w:after="0"/>
      </w:pPr>
      <w:r>
        <w:t>• Bachelor’s degree (required)</w:t>
      </w:r>
      <w:r>
        <w:br/>
        <w:t>• Strong communication and teamwork skills</w:t>
      </w:r>
      <w:r>
        <w:br/>
      </w:r>
      <w:r>
        <w:lastRenderedPageBreak/>
        <w:t>• Interest in building a long-term career in insurance and financial services</w:t>
      </w:r>
      <w:r>
        <w:br/>
        <w:t xml:space="preserve">• </w:t>
      </w:r>
      <w:r w:rsidR="008C0891">
        <w:t>Previous office, administrative, customer service experience preferred</w:t>
      </w:r>
    </w:p>
    <w:p w14:paraId="1141DEDF" w14:textId="77777777" w:rsidR="00F66111" w:rsidRDefault="00BA35DA" w:rsidP="008C0891">
      <w:pPr>
        <w:spacing w:after="0"/>
      </w:pPr>
      <w:r>
        <w:br/>
        <w:t>Why IMA?</w:t>
      </w:r>
    </w:p>
    <w:p w14:paraId="270FD0C7" w14:textId="77777777" w:rsidR="00F66111" w:rsidRDefault="00BA35DA" w:rsidP="008C0891">
      <w:pPr>
        <w:spacing w:after="0"/>
      </w:pPr>
      <w:r>
        <w:t>At IMA, we invest in our people. The Ascend Program is designed to accelerate your growth, provide meaningful experience, and position you for a successful and rewarding career.</w:t>
      </w:r>
    </w:p>
    <w:p w14:paraId="24C92BE0" w14:textId="77777777" w:rsidR="00F66111" w:rsidRDefault="00BA35DA" w:rsidP="008C0891">
      <w:pPr>
        <w:spacing w:after="0"/>
      </w:pPr>
      <w:r>
        <w:br/>
        <w:t>Join Us</w:t>
      </w:r>
    </w:p>
    <w:p w14:paraId="54A4F216" w14:textId="77777777" w:rsidR="00F66111" w:rsidRDefault="00BA35DA" w:rsidP="008C0891">
      <w:pPr>
        <w:spacing w:after="0"/>
      </w:pPr>
      <w:r>
        <w:t>If you are motivated, curious, and ready to build your future, we encourage you to apply and take the first step in your career with IMA.</w:t>
      </w:r>
    </w:p>
    <w:sectPr w:rsidR="00F6611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5512269">
    <w:abstractNumId w:val="8"/>
  </w:num>
  <w:num w:numId="2" w16cid:durableId="1810127414">
    <w:abstractNumId w:val="6"/>
  </w:num>
  <w:num w:numId="3" w16cid:durableId="1556888802">
    <w:abstractNumId w:val="5"/>
  </w:num>
  <w:num w:numId="4" w16cid:durableId="713309965">
    <w:abstractNumId w:val="4"/>
  </w:num>
  <w:num w:numId="5" w16cid:durableId="730349612">
    <w:abstractNumId w:val="7"/>
  </w:num>
  <w:num w:numId="6" w16cid:durableId="62529420">
    <w:abstractNumId w:val="3"/>
  </w:num>
  <w:num w:numId="7" w16cid:durableId="1732343901">
    <w:abstractNumId w:val="2"/>
  </w:num>
  <w:num w:numId="8" w16cid:durableId="1425610879">
    <w:abstractNumId w:val="1"/>
  </w:num>
  <w:num w:numId="9" w16cid:durableId="630284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F24DA"/>
    <w:rsid w:val="005A220F"/>
    <w:rsid w:val="00620774"/>
    <w:rsid w:val="008C0891"/>
    <w:rsid w:val="008F443E"/>
    <w:rsid w:val="00AA1D8D"/>
    <w:rsid w:val="00B47730"/>
    <w:rsid w:val="00BA35DA"/>
    <w:rsid w:val="00CB0664"/>
    <w:rsid w:val="00DC1FB8"/>
    <w:rsid w:val="00F6611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C22E9B9E-4F5B-470A-8031-E17F74C63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Jordan Skidmore</cp:lastModifiedBy>
  <cp:revision>2</cp:revision>
  <dcterms:created xsi:type="dcterms:W3CDTF">2026-07-06T15:25:00Z</dcterms:created>
  <dcterms:modified xsi:type="dcterms:W3CDTF">2026-07-06T15:25:00Z</dcterms:modified>
  <cp:category/>
</cp:coreProperties>
</file>